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5C2B8" w14:textId="77777777" w:rsidR="00475F32" w:rsidRDefault="00000000">
      <w:pPr>
        <w:pStyle w:val="Title"/>
        <w:jc w:val="center"/>
      </w:pPr>
      <w:r>
        <w:t>R J CHEMICALS</w:t>
      </w:r>
    </w:p>
    <w:p w14:paraId="128BE8B5" w14:textId="77777777" w:rsidR="00475F32" w:rsidRDefault="00000000">
      <w:pPr>
        <w:jc w:val="center"/>
      </w:pPr>
      <w:r>
        <w:rPr>
          <w:b/>
          <w:color w:val="5C707A"/>
          <w:sz w:val="26"/>
        </w:rPr>
        <w:t>PRODUCT CATALOG</w:t>
      </w:r>
    </w:p>
    <w:p w14:paraId="1C6B35C2" w14:textId="77777777" w:rsidR="00475F32" w:rsidRDefault="00000000">
      <w:pPr>
        <w:jc w:val="center"/>
      </w:pPr>
      <w:r>
        <w:rPr>
          <w:i/>
          <w:color w:val="5C707A"/>
        </w:rPr>
        <w:t>Professional cleaning, sanitation and specialty chemical solutions</w:t>
      </w:r>
    </w:p>
    <w:p w14:paraId="57FA0A53" w14:textId="77777777" w:rsidR="00475F32" w:rsidRDefault="00000000">
      <w:pPr>
        <w:pStyle w:val="Heading1"/>
      </w:pPr>
      <w:r>
        <w:t>Featured Products</w:t>
      </w:r>
    </w:p>
    <w:p w14:paraId="2E6AEA7F" w14:textId="77777777" w:rsidR="00475F32" w:rsidRDefault="00000000">
      <w:pPr>
        <w:pStyle w:val="ListBullet"/>
        <w:spacing w:after="40"/>
      </w:pPr>
      <w:r>
        <w:t>Ultralyte 500 ppm</w:t>
      </w:r>
    </w:p>
    <w:p w14:paraId="56B2C388" w14:textId="77777777" w:rsidR="00475F32" w:rsidRDefault="00000000">
      <w:pPr>
        <w:pStyle w:val="ListBullet"/>
        <w:spacing w:after="40"/>
      </w:pPr>
      <w:r>
        <w:t>Ultralyte 200 ppm</w:t>
      </w:r>
    </w:p>
    <w:p w14:paraId="2304177E" w14:textId="77777777" w:rsidR="00475F32" w:rsidRDefault="00000000">
      <w:pPr>
        <w:pStyle w:val="ListBullet"/>
        <w:spacing w:after="40"/>
      </w:pPr>
      <w:r>
        <w:t>CathoClean (Ultralyte Degreaser)</w:t>
      </w:r>
    </w:p>
    <w:p w14:paraId="6F060381" w14:textId="77777777" w:rsidR="00475F32" w:rsidRDefault="00000000">
      <w:pPr>
        <w:pStyle w:val="ListBullet"/>
        <w:spacing w:after="40"/>
      </w:pPr>
      <w:r>
        <w:t>Sporty</w:t>
      </w:r>
    </w:p>
    <w:p w14:paraId="54C157AF" w14:textId="77777777" w:rsidR="00475F32" w:rsidRDefault="00000000">
      <w:pPr>
        <w:pStyle w:val="ListBullet"/>
        <w:spacing w:after="40"/>
      </w:pPr>
      <w:r>
        <w:t>Shanyn's Choice</w:t>
      </w:r>
    </w:p>
    <w:p w14:paraId="184DBD1A" w14:textId="77777777" w:rsidR="00475F32" w:rsidRDefault="00000000">
      <w:pPr>
        <w:pStyle w:val="ListBullet"/>
        <w:spacing w:after="40"/>
      </w:pPr>
      <w:r>
        <w:t>CannabClean Retail</w:t>
      </w:r>
    </w:p>
    <w:p w14:paraId="795C50D4" w14:textId="77777777" w:rsidR="00475F32" w:rsidRDefault="00000000">
      <w:pPr>
        <w:pStyle w:val="ListBullet"/>
        <w:spacing w:after="40"/>
      </w:pPr>
      <w:r>
        <w:t>Probio Sport</w:t>
      </w:r>
    </w:p>
    <w:p w14:paraId="6595D2AB" w14:textId="77777777" w:rsidR="00475F32" w:rsidRDefault="00000000">
      <w:pPr>
        <w:pStyle w:val="ListBullet"/>
        <w:spacing w:after="40"/>
      </w:pPr>
      <w:r>
        <w:t>Probio Guard</w:t>
      </w:r>
    </w:p>
    <w:p w14:paraId="3FBFDB7D" w14:textId="77777777" w:rsidR="00475F32" w:rsidRDefault="00000000">
      <w:pPr>
        <w:pStyle w:val="ListBullet"/>
        <w:spacing w:after="40"/>
      </w:pPr>
      <w:r>
        <w:t>ProBio Elite</w:t>
      </w:r>
    </w:p>
    <w:p w14:paraId="3E541D6E" w14:textId="77777777" w:rsidR="00475F32" w:rsidRDefault="00000000">
      <w:pPr>
        <w:pStyle w:val="ListBullet"/>
        <w:spacing w:after="40"/>
      </w:pPr>
      <w:r>
        <w:t>ProBio Clean</w:t>
      </w:r>
    </w:p>
    <w:p w14:paraId="3BF9E8B1" w14:textId="77777777" w:rsidR="00475F32" w:rsidRDefault="00000000">
      <w:pPr>
        <w:pStyle w:val="ListBullet"/>
        <w:spacing w:after="40"/>
      </w:pPr>
      <w:r>
        <w:t>ACCESS KITCHEN EXTREME CAUSTIC SODA</w:t>
      </w:r>
    </w:p>
    <w:p w14:paraId="7D609F12" w14:textId="77777777" w:rsidR="00475F32" w:rsidRDefault="00000000">
      <w:pPr>
        <w:pStyle w:val="ListBullet"/>
        <w:spacing w:after="40"/>
      </w:pPr>
      <w:r>
        <w:t>AGRI GREEN SWEEP</w:t>
      </w:r>
    </w:p>
    <w:p w14:paraId="7EC36E65" w14:textId="77777777" w:rsidR="00475F32" w:rsidRDefault="00000000">
      <w:pPr>
        <w:pStyle w:val="ListBullet"/>
        <w:spacing w:after="40"/>
      </w:pPr>
      <w:r>
        <w:t>CF BRIGHT + SHINE</w:t>
      </w:r>
    </w:p>
    <w:p w14:paraId="2A6F1872" w14:textId="77777777" w:rsidR="00475F32" w:rsidRDefault="00000000">
      <w:pPr>
        <w:pStyle w:val="ListBullet"/>
        <w:spacing w:after="40"/>
      </w:pPr>
      <w:r>
        <w:t>MB AUTO DISH FOR RJ</w:t>
      </w:r>
    </w:p>
    <w:p w14:paraId="03099BB8" w14:textId="77777777" w:rsidR="00475F32" w:rsidRDefault="00000000">
      <w:pPr>
        <w:pStyle w:val="ListBullet"/>
        <w:spacing w:after="40"/>
      </w:pPr>
      <w:r>
        <w:t>RJ ACCESS FLOOR PLUS PINE</w:t>
      </w:r>
    </w:p>
    <w:p w14:paraId="22A78E34" w14:textId="77777777" w:rsidR="00475F32" w:rsidRDefault="00000000">
      <w:pPr>
        <w:pStyle w:val="ListBullet"/>
        <w:spacing w:after="40"/>
      </w:pPr>
      <w:r>
        <w:t>RJ ACCESS LEMON PLUS</w:t>
      </w:r>
    </w:p>
    <w:p w14:paraId="110728C1" w14:textId="77777777" w:rsidR="00475F32" w:rsidRDefault="00000000">
      <w:pPr>
        <w:pStyle w:val="ListBullet"/>
        <w:spacing w:after="40"/>
      </w:pPr>
      <w:r>
        <w:t>RJ ACCESS VENT &amp; HOOD SOLUTION</w:t>
      </w:r>
    </w:p>
    <w:p w14:paraId="5AB31FA5" w14:textId="77777777" w:rsidR="00475F32" w:rsidRDefault="00000000">
      <w:pPr>
        <w:pStyle w:val="ListBullet"/>
        <w:spacing w:after="40"/>
      </w:pPr>
      <w:r>
        <w:t>RJ ACE COMPLETE</w:t>
      </w:r>
    </w:p>
    <w:p w14:paraId="24D1EB3D" w14:textId="77777777" w:rsidR="00475F32" w:rsidRDefault="00000000">
      <w:pPr>
        <w:pStyle w:val="ListBullet"/>
        <w:spacing w:after="40"/>
      </w:pPr>
      <w:r>
        <w:t>RJ CANNAB CLEAN</w:t>
      </w:r>
    </w:p>
    <w:p w14:paraId="243A4506" w14:textId="77777777" w:rsidR="00475F32" w:rsidRDefault="00000000">
      <w:pPr>
        <w:pStyle w:val="ListBullet"/>
        <w:spacing w:after="40"/>
      </w:pPr>
      <w:r>
        <w:t>RJ CARPET MAX</w:t>
      </w:r>
    </w:p>
    <w:p w14:paraId="6A76C40E" w14:textId="77777777" w:rsidR="00475F32" w:rsidRDefault="00000000">
      <w:pPr>
        <w:pStyle w:val="ListBullet"/>
        <w:spacing w:after="40"/>
      </w:pPr>
      <w:r>
        <w:t>RJ EXTREME CAUSTIC SODA</w:t>
      </w:r>
    </w:p>
    <w:p w14:paraId="694C34DC" w14:textId="77777777" w:rsidR="00475F32" w:rsidRDefault="00000000">
      <w:pPr>
        <w:pStyle w:val="ListBullet"/>
        <w:spacing w:after="40"/>
      </w:pPr>
      <w:r>
        <w:t>RJ FOAMING POT &amp; PAN CLEANER</w:t>
      </w:r>
    </w:p>
    <w:p w14:paraId="2B94CBB7" w14:textId="77777777" w:rsidR="00475F32" w:rsidRDefault="00000000">
      <w:pPr>
        <w:pStyle w:val="ListBullet"/>
        <w:spacing w:after="40"/>
      </w:pPr>
      <w:r>
        <w:t>RJ HOOD AND VENT EXPERT</w:t>
      </w:r>
    </w:p>
    <w:p w14:paraId="065805A0" w14:textId="77777777" w:rsidR="00475F32" w:rsidRDefault="00000000">
      <w:pPr>
        <w:pStyle w:val="ListBullet"/>
        <w:spacing w:after="40"/>
      </w:pPr>
      <w:r>
        <w:t>RJ ICY CLEAN</w:t>
      </w:r>
    </w:p>
    <w:p w14:paraId="79DC6BF1" w14:textId="77777777" w:rsidR="00475F32" w:rsidRDefault="00000000">
      <w:pPr>
        <w:pStyle w:val="ListBullet"/>
        <w:spacing w:after="40"/>
      </w:pPr>
      <w:r>
        <w:t>RJ KITCHEN EXTREME PRO</w:t>
      </w:r>
    </w:p>
    <w:p w14:paraId="1825EBD2" w14:textId="77777777" w:rsidR="00475F32" w:rsidRDefault="00000000">
      <w:pPr>
        <w:pStyle w:val="ListBullet"/>
        <w:spacing w:after="40"/>
      </w:pPr>
      <w:r>
        <w:t>RJ MAINLINE</w:t>
      </w:r>
    </w:p>
    <w:p w14:paraId="01D4A718" w14:textId="77777777" w:rsidR="00475F32" w:rsidRDefault="00000000">
      <w:pPr>
        <w:pStyle w:val="ListBullet"/>
        <w:spacing w:after="40"/>
      </w:pPr>
      <w:r>
        <w:t>RJ NO FOAM POT &amp; PAN WASH</w:t>
      </w:r>
    </w:p>
    <w:p w14:paraId="561AE1FD" w14:textId="77777777" w:rsidR="00475F32" w:rsidRDefault="00000000">
      <w:pPr>
        <w:pStyle w:val="Heading1"/>
      </w:pPr>
      <w:r>
        <w:t>Full Product List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475F32" w14:paraId="0A1EEE7F" w14:textId="77777777" w:rsidTr="00475F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05C8F70" w14:textId="77777777" w:rsidR="00475F32" w:rsidRDefault="00000000">
            <w:pPr>
              <w:spacing w:after="20"/>
            </w:pPr>
            <w:r>
              <w:rPr>
                <w:sz w:val="18"/>
              </w:rPr>
              <w:t>CIP 101</w:t>
            </w:r>
          </w:p>
        </w:tc>
        <w:tc>
          <w:tcPr>
            <w:tcW w:w="5040" w:type="dxa"/>
          </w:tcPr>
          <w:p w14:paraId="59F79513" w14:textId="77777777" w:rsidR="00475F32" w:rsidRDefault="00000000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CIP 101 PLUS (Chlorinated)</w:t>
            </w:r>
          </w:p>
        </w:tc>
      </w:tr>
      <w:tr w:rsidR="00475F32" w14:paraId="2539A6B3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FB02386" w14:textId="77777777" w:rsidR="00475F32" w:rsidRDefault="00000000">
            <w:pPr>
              <w:spacing w:after="20"/>
            </w:pPr>
            <w:r>
              <w:rPr>
                <w:sz w:val="18"/>
              </w:rPr>
              <w:t>1101 EMULSIFIER</w:t>
            </w:r>
          </w:p>
        </w:tc>
        <w:tc>
          <w:tcPr>
            <w:tcW w:w="5040" w:type="dxa"/>
          </w:tcPr>
          <w:p w14:paraId="034FBE06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ACETIC ACID 56%</w:t>
            </w:r>
          </w:p>
        </w:tc>
      </w:tr>
      <w:tr w:rsidR="00475F32" w14:paraId="45F8853D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FBCF58D" w14:textId="77777777" w:rsidR="00475F32" w:rsidRDefault="00000000">
            <w:pPr>
              <w:spacing w:after="20"/>
            </w:pPr>
            <w:r>
              <w:rPr>
                <w:sz w:val="18"/>
              </w:rPr>
              <w:t>ACETONE</w:t>
            </w:r>
          </w:p>
        </w:tc>
        <w:tc>
          <w:tcPr>
            <w:tcW w:w="5040" w:type="dxa"/>
          </w:tcPr>
          <w:p w14:paraId="7F24E880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ALKA CONCENTRATE(UN)</w:t>
            </w:r>
          </w:p>
        </w:tc>
      </w:tr>
      <w:tr w:rsidR="00475F32" w14:paraId="053B5E5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A1C500C" w14:textId="77777777" w:rsidR="00475F32" w:rsidRDefault="00000000">
            <w:pPr>
              <w:spacing w:after="20"/>
            </w:pPr>
            <w:r>
              <w:rPr>
                <w:sz w:val="18"/>
              </w:rPr>
              <w:t>ALL PINE</w:t>
            </w:r>
          </w:p>
        </w:tc>
        <w:tc>
          <w:tcPr>
            <w:tcW w:w="5040" w:type="dxa"/>
          </w:tcPr>
          <w:p w14:paraId="5B37C2DC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ALPINE SANITIZER</w:t>
            </w:r>
          </w:p>
        </w:tc>
      </w:tr>
      <w:tr w:rsidR="00475F32" w14:paraId="0B2CC0B3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19F2970" w14:textId="77777777" w:rsidR="00475F32" w:rsidRDefault="00000000">
            <w:pPr>
              <w:spacing w:after="20"/>
            </w:pPr>
            <w:r>
              <w:rPr>
                <w:sz w:val="18"/>
              </w:rPr>
              <w:t>ALUMASHINE(UN)</w:t>
            </w:r>
          </w:p>
        </w:tc>
        <w:tc>
          <w:tcPr>
            <w:tcW w:w="5040" w:type="dxa"/>
          </w:tcPr>
          <w:p w14:paraId="620594DD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APPLE FRESH</w:t>
            </w:r>
          </w:p>
        </w:tc>
      </w:tr>
      <w:tr w:rsidR="00475F32" w14:paraId="58950498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EE94168" w14:textId="77777777" w:rsidR="00475F32" w:rsidRDefault="00000000">
            <w:pPr>
              <w:spacing w:after="20"/>
            </w:pPr>
            <w:r>
              <w:rPr>
                <w:sz w:val="18"/>
              </w:rPr>
              <w:t>AQUARIAN B113</w:t>
            </w:r>
          </w:p>
        </w:tc>
        <w:tc>
          <w:tcPr>
            <w:tcW w:w="5040" w:type="dxa"/>
          </w:tcPr>
          <w:p w14:paraId="657F1D54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AQUARIUS</w:t>
            </w:r>
          </w:p>
        </w:tc>
      </w:tr>
      <w:tr w:rsidR="00475F32" w14:paraId="2C9D30CB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7DE1654" w14:textId="77777777" w:rsidR="00475F32" w:rsidRDefault="00000000">
            <w:pPr>
              <w:spacing w:after="20"/>
            </w:pPr>
            <w:r>
              <w:rPr>
                <w:sz w:val="18"/>
              </w:rPr>
              <w:t>AUTO DISH(UN)</w:t>
            </w:r>
          </w:p>
        </w:tc>
        <w:tc>
          <w:tcPr>
            <w:tcW w:w="5040" w:type="dxa"/>
          </w:tcPr>
          <w:p w14:paraId="4E0B8FEC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AUTO DISH CHLORINATED(UN)</w:t>
            </w:r>
          </w:p>
        </w:tc>
      </w:tr>
      <w:tr w:rsidR="00475F32" w14:paraId="0B68E94E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565B058" w14:textId="77777777" w:rsidR="00475F32" w:rsidRDefault="00000000">
            <w:pPr>
              <w:spacing w:after="20"/>
            </w:pPr>
            <w:r>
              <w:rPr>
                <w:sz w:val="18"/>
              </w:rPr>
              <w:t>AUTO SCRUB</w:t>
            </w:r>
          </w:p>
        </w:tc>
        <w:tc>
          <w:tcPr>
            <w:tcW w:w="5040" w:type="dxa"/>
          </w:tcPr>
          <w:p w14:paraId="492AD63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AUTO SHINE</w:t>
            </w:r>
          </w:p>
        </w:tc>
      </w:tr>
      <w:tr w:rsidR="00475F32" w14:paraId="63DCED6B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2CB0956" w14:textId="77777777" w:rsidR="00475F32" w:rsidRDefault="00000000">
            <w:pPr>
              <w:spacing w:after="20"/>
            </w:pPr>
            <w:r>
              <w:rPr>
                <w:sz w:val="18"/>
              </w:rPr>
              <w:t>BDO</w:t>
            </w:r>
          </w:p>
        </w:tc>
        <w:tc>
          <w:tcPr>
            <w:tcW w:w="5040" w:type="dxa"/>
          </w:tcPr>
          <w:p w14:paraId="52320454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BIO 2000</w:t>
            </w:r>
          </w:p>
        </w:tc>
      </w:tr>
      <w:tr w:rsidR="00475F32" w14:paraId="65F7B1E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D8D1915" w14:textId="77777777" w:rsidR="00475F32" w:rsidRDefault="00000000">
            <w:pPr>
              <w:spacing w:after="20"/>
            </w:pPr>
            <w:r>
              <w:rPr>
                <w:sz w:val="18"/>
              </w:rPr>
              <w:lastRenderedPageBreak/>
              <w:t>BIO DEGREASER</w:t>
            </w:r>
          </w:p>
        </w:tc>
        <w:tc>
          <w:tcPr>
            <w:tcW w:w="5040" w:type="dxa"/>
          </w:tcPr>
          <w:p w14:paraId="19081419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BIO TERRA ALL PURPOSE CLEANER</w:t>
            </w:r>
          </w:p>
        </w:tc>
      </w:tr>
      <w:tr w:rsidR="00475F32" w14:paraId="3A0517D3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A7125A3" w14:textId="77777777" w:rsidR="00475F32" w:rsidRDefault="00000000">
            <w:pPr>
              <w:spacing w:after="20"/>
            </w:pPr>
            <w:r>
              <w:rPr>
                <w:sz w:val="18"/>
              </w:rPr>
              <w:t>BIO TERRA ALTERNATE BLEACH</w:t>
            </w:r>
          </w:p>
        </w:tc>
        <w:tc>
          <w:tcPr>
            <w:tcW w:w="5040" w:type="dxa"/>
          </w:tcPr>
          <w:p w14:paraId="11BDD0E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BIO TERRA CLEANER DEGREASER</w:t>
            </w:r>
          </w:p>
        </w:tc>
      </w:tr>
      <w:tr w:rsidR="00475F32" w14:paraId="629C82A2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06FB990" w14:textId="77777777" w:rsidR="00475F32" w:rsidRDefault="00000000">
            <w:pPr>
              <w:spacing w:after="20"/>
            </w:pPr>
            <w:r>
              <w:rPr>
                <w:sz w:val="18"/>
              </w:rPr>
              <w:t>BIO TERRA COMPLETE</w:t>
            </w:r>
          </w:p>
        </w:tc>
        <w:tc>
          <w:tcPr>
            <w:tcW w:w="5040" w:type="dxa"/>
          </w:tcPr>
          <w:p w14:paraId="092EC732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BIO TERRA GLITZ RTU</w:t>
            </w:r>
          </w:p>
        </w:tc>
      </w:tr>
      <w:tr w:rsidR="00475F32" w14:paraId="77A0DB06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94C66E8" w14:textId="77777777" w:rsidR="00475F32" w:rsidRDefault="00000000">
            <w:pPr>
              <w:spacing w:after="20"/>
            </w:pPr>
            <w:r>
              <w:rPr>
                <w:sz w:val="18"/>
              </w:rPr>
              <w:t>BIO TERRA GLITZ RTU (CLEAR)</w:t>
            </w:r>
          </w:p>
        </w:tc>
        <w:tc>
          <w:tcPr>
            <w:tcW w:w="5040" w:type="dxa"/>
          </w:tcPr>
          <w:p w14:paraId="731494E4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BIO TERRA HAIR AND BODY FRAGRANCE FREE</w:t>
            </w:r>
          </w:p>
        </w:tc>
      </w:tr>
      <w:tr w:rsidR="00475F32" w14:paraId="5A136090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0FF5A1B" w14:textId="77777777" w:rsidR="00475F32" w:rsidRDefault="00000000">
            <w:pPr>
              <w:spacing w:after="20"/>
            </w:pPr>
            <w:r>
              <w:rPr>
                <w:sz w:val="18"/>
              </w:rPr>
              <w:t>BIO TERRA HAND SOAP</w:t>
            </w:r>
          </w:p>
        </w:tc>
        <w:tc>
          <w:tcPr>
            <w:tcW w:w="5040" w:type="dxa"/>
          </w:tcPr>
          <w:p w14:paraId="0F30B16D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BIO TERRA HARDWOOD CLEANER</w:t>
            </w:r>
          </w:p>
        </w:tc>
      </w:tr>
      <w:tr w:rsidR="00475F32" w14:paraId="57319E5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46C5678" w14:textId="77777777" w:rsidR="00475F32" w:rsidRDefault="00000000">
            <w:pPr>
              <w:spacing w:after="20"/>
            </w:pPr>
            <w:r>
              <w:rPr>
                <w:sz w:val="18"/>
              </w:rPr>
              <w:t>BIO TERRA LAUNDRY</w:t>
            </w:r>
          </w:p>
        </w:tc>
        <w:tc>
          <w:tcPr>
            <w:tcW w:w="5040" w:type="dxa"/>
          </w:tcPr>
          <w:p w14:paraId="3B3E117C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BIO TERRA LEMON NEUTRAL</w:t>
            </w:r>
          </w:p>
        </w:tc>
      </w:tr>
      <w:tr w:rsidR="00475F32" w14:paraId="58DDF5B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59500DF" w14:textId="77777777" w:rsidR="00475F32" w:rsidRDefault="00000000">
            <w:pPr>
              <w:spacing w:after="20"/>
            </w:pPr>
            <w:r>
              <w:rPr>
                <w:sz w:val="18"/>
              </w:rPr>
              <w:t>BIO TERRA MANUAL DISH SOAP</w:t>
            </w:r>
          </w:p>
        </w:tc>
        <w:tc>
          <w:tcPr>
            <w:tcW w:w="5040" w:type="dxa"/>
          </w:tcPr>
          <w:p w14:paraId="604F2F7F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BIO TERRA TRASH TREATER</w:t>
            </w:r>
          </w:p>
        </w:tc>
      </w:tr>
      <w:tr w:rsidR="00475F32" w14:paraId="3CEF7683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628AB33" w14:textId="77777777" w:rsidR="00475F32" w:rsidRDefault="00000000">
            <w:pPr>
              <w:spacing w:after="20"/>
            </w:pPr>
            <w:r>
              <w:rPr>
                <w:sz w:val="18"/>
              </w:rPr>
              <w:t>BIO TERRA WINTER RINSE</w:t>
            </w:r>
          </w:p>
        </w:tc>
        <w:tc>
          <w:tcPr>
            <w:tcW w:w="5040" w:type="dxa"/>
          </w:tcPr>
          <w:p w14:paraId="713C9A11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BLEACH 5</w:t>
            </w:r>
          </w:p>
        </w:tc>
      </w:tr>
      <w:tr w:rsidR="00475F32" w14:paraId="59C969FC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9A24EA4" w14:textId="77777777" w:rsidR="00475F32" w:rsidRDefault="00000000">
            <w:pPr>
              <w:spacing w:after="20"/>
            </w:pPr>
            <w:r>
              <w:rPr>
                <w:sz w:val="18"/>
              </w:rPr>
              <w:t>BLUE PEARL</w:t>
            </w:r>
          </w:p>
        </w:tc>
        <w:tc>
          <w:tcPr>
            <w:tcW w:w="5040" w:type="dxa"/>
          </w:tcPr>
          <w:p w14:paraId="72AFB54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CHECK OUT</w:t>
            </w:r>
          </w:p>
        </w:tc>
      </w:tr>
      <w:tr w:rsidR="00475F32" w14:paraId="2DDA4F35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EF3CDA1" w14:textId="77777777" w:rsidR="00475F32" w:rsidRDefault="00000000">
            <w:pPr>
              <w:spacing w:after="20"/>
            </w:pPr>
            <w:r>
              <w:rPr>
                <w:sz w:val="18"/>
              </w:rPr>
              <w:t>CHERRY DEODORANT</w:t>
            </w:r>
          </w:p>
        </w:tc>
        <w:tc>
          <w:tcPr>
            <w:tcW w:w="5040" w:type="dxa"/>
          </w:tcPr>
          <w:p w14:paraId="0A244E3E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CITRUS AID</w:t>
            </w:r>
          </w:p>
        </w:tc>
      </w:tr>
      <w:tr w:rsidR="00475F32" w14:paraId="35FCD2A0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B1D5DF3" w14:textId="77777777" w:rsidR="00475F32" w:rsidRDefault="00000000">
            <w:pPr>
              <w:spacing w:after="20"/>
            </w:pPr>
            <w:r>
              <w:rPr>
                <w:sz w:val="18"/>
              </w:rPr>
              <w:t>CITRUS CLEAN G.T.(UN)</w:t>
            </w:r>
          </w:p>
        </w:tc>
        <w:tc>
          <w:tcPr>
            <w:tcW w:w="5040" w:type="dxa"/>
          </w:tcPr>
          <w:p w14:paraId="20AA07E0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CITRUS KLEAN</w:t>
            </w:r>
          </w:p>
        </w:tc>
      </w:tr>
      <w:tr w:rsidR="00475F32" w14:paraId="6935325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F290B15" w14:textId="77777777" w:rsidR="00475F32" w:rsidRDefault="00000000">
            <w:pPr>
              <w:spacing w:after="20"/>
            </w:pPr>
            <w:r>
              <w:rPr>
                <w:sz w:val="18"/>
              </w:rPr>
              <w:t>CITRUS SOL</w:t>
            </w:r>
          </w:p>
        </w:tc>
        <w:tc>
          <w:tcPr>
            <w:tcW w:w="5040" w:type="dxa"/>
          </w:tcPr>
          <w:p w14:paraId="249AFEF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CLEAN ALL</w:t>
            </w:r>
          </w:p>
        </w:tc>
      </w:tr>
      <w:tr w:rsidR="00475F32" w14:paraId="58A63A40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8D9D654" w14:textId="77777777" w:rsidR="00475F32" w:rsidRDefault="00000000">
            <w:pPr>
              <w:spacing w:after="20"/>
            </w:pPr>
            <w:r>
              <w:rPr>
                <w:sz w:val="18"/>
              </w:rPr>
              <w:t>CLEAN AND DISINFECT - DIN 02500558</w:t>
            </w:r>
          </w:p>
        </w:tc>
        <w:tc>
          <w:tcPr>
            <w:tcW w:w="5040" w:type="dxa"/>
          </w:tcPr>
          <w:p w14:paraId="1800255E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CLEAN SWIPE RTU</w:t>
            </w:r>
          </w:p>
        </w:tc>
      </w:tr>
      <w:tr w:rsidR="00475F32" w14:paraId="309BCFB6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C157E71" w14:textId="77777777" w:rsidR="00475F32" w:rsidRDefault="00000000">
            <w:pPr>
              <w:spacing w:after="20"/>
            </w:pPr>
            <w:r>
              <w:rPr>
                <w:sz w:val="18"/>
              </w:rPr>
              <w:t>CLEAR PLUS</w:t>
            </w:r>
          </w:p>
        </w:tc>
        <w:tc>
          <w:tcPr>
            <w:tcW w:w="5040" w:type="dxa"/>
          </w:tcPr>
          <w:p w14:paraId="5FA0A30B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CLEAR VU</w:t>
            </w:r>
          </w:p>
        </w:tc>
      </w:tr>
      <w:tr w:rsidR="00475F32" w14:paraId="71690118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47C567A" w14:textId="77777777" w:rsidR="00475F32" w:rsidRDefault="00000000">
            <w:pPr>
              <w:spacing w:after="20"/>
            </w:pPr>
            <w:r>
              <w:rPr>
                <w:sz w:val="18"/>
              </w:rPr>
              <w:t>COIL BRITE(UN)</w:t>
            </w:r>
          </w:p>
        </w:tc>
        <w:tc>
          <w:tcPr>
            <w:tcW w:w="5040" w:type="dxa"/>
          </w:tcPr>
          <w:p w14:paraId="110E6C9A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COILEX</w:t>
            </w:r>
          </w:p>
        </w:tc>
      </w:tr>
      <w:tr w:rsidR="00475F32" w14:paraId="13AFD64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45BFBEA" w14:textId="77777777" w:rsidR="00475F32" w:rsidRDefault="00000000">
            <w:pPr>
              <w:spacing w:after="20"/>
            </w:pPr>
            <w:r>
              <w:rPr>
                <w:sz w:val="18"/>
              </w:rPr>
              <w:t>CREME SIL</w:t>
            </w:r>
          </w:p>
        </w:tc>
        <w:tc>
          <w:tcPr>
            <w:tcW w:w="5040" w:type="dxa"/>
          </w:tcPr>
          <w:p w14:paraId="37DC2623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DEEP SCRUB</w:t>
            </w:r>
          </w:p>
        </w:tc>
      </w:tr>
      <w:tr w:rsidR="00475F32" w14:paraId="0815B061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BBCE352" w14:textId="77777777" w:rsidR="00475F32" w:rsidRDefault="00000000">
            <w:pPr>
              <w:spacing w:after="20"/>
            </w:pPr>
            <w:r>
              <w:rPr>
                <w:sz w:val="18"/>
              </w:rPr>
              <w:t>DEQUEST</w:t>
            </w:r>
          </w:p>
        </w:tc>
        <w:tc>
          <w:tcPr>
            <w:tcW w:w="5040" w:type="dxa"/>
          </w:tcPr>
          <w:p w14:paraId="7869A61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DESCALE(UN)</w:t>
            </w:r>
          </w:p>
        </w:tc>
      </w:tr>
      <w:tr w:rsidR="00475F32" w14:paraId="0CC9747D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31C1BA1" w14:textId="77777777" w:rsidR="00475F32" w:rsidRDefault="00000000">
            <w:pPr>
              <w:spacing w:after="20"/>
            </w:pPr>
            <w:r>
              <w:rPr>
                <w:sz w:val="18"/>
              </w:rPr>
              <w:t>DISH CHLOR TECH</w:t>
            </w:r>
          </w:p>
        </w:tc>
        <w:tc>
          <w:tcPr>
            <w:tcW w:w="5040" w:type="dxa"/>
          </w:tcPr>
          <w:p w14:paraId="285CD7A4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DISH PLUS II</w:t>
            </w:r>
          </w:p>
        </w:tc>
      </w:tr>
      <w:tr w:rsidR="00475F32" w14:paraId="0F9627C2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786A4F2" w14:textId="77777777" w:rsidR="00475F32" w:rsidRDefault="00000000">
            <w:pPr>
              <w:spacing w:after="20"/>
            </w:pPr>
            <w:r>
              <w:rPr>
                <w:sz w:val="18"/>
              </w:rPr>
              <w:t>DISSOLVE(UN)</w:t>
            </w:r>
          </w:p>
        </w:tc>
        <w:tc>
          <w:tcPr>
            <w:tcW w:w="5040" w:type="dxa"/>
          </w:tcPr>
          <w:p w14:paraId="7372A0F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DRAIN FREE(UN)</w:t>
            </w:r>
          </w:p>
        </w:tc>
      </w:tr>
      <w:tr w:rsidR="00475F32" w14:paraId="46EC7564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E7FF30E" w14:textId="77777777" w:rsidR="00475F32" w:rsidRDefault="00000000">
            <w:pPr>
              <w:spacing w:after="20"/>
            </w:pPr>
            <w:r>
              <w:rPr>
                <w:sz w:val="18"/>
              </w:rPr>
              <w:t>DRESS IT(UN)</w:t>
            </w:r>
          </w:p>
        </w:tc>
        <w:tc>
          <w:tcPr>
            <w:tcW w:w="5040" w:type="dxa"/>
          </w:tcPr>
          <w:p w14:paraId="5D9C0EB1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DUST OFF(UN)</w:t>
            </w:r>
          </w:p>
        </w:tc>
      </w:tr>
      <w:tr w:rsidR="00475F32" w14:paraId="63C8885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860560A" w14:textId="77777777" w:rsidR="00475F32" w:rsidRDefault="00000000">
            <w:pPr>
              <w:spacing w:after="20"/>
            </w:pPr>
            <w:r>
              <w:rPr>
                <w:sz w:val="18"/>
              </w:rPr>
              <w:t>EASY KLEEN</w:t>
            </w:r>
          </w:p>
        </w:tc>
        <w:tc>
          <w:tcPr>
            <w:tcW w:w="5040" w:type="dxa"/>
          </w:tcPr>
          <w:p w14:paraId="22D1C03C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ED 9</w:t>
            </w:r>
          </w:p>
        </w:tc>
      </w:tr>
      <w:tr w:rsidR="00475F32" w14:paraId="7E18A06A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F23B446" w14:textId="77777777" w:rsidR="00475F32" w:rsidRDefault="00000000">
            <w:pPr>
              <w:spacing w:after="20"/>
            </w:pPr>
            <w:r>
              <w:rPr>
                <w:sz w:val="18"/>
              </w:rPr>
              <w:t>ELECTROCLEAN(UN)</w:t>
            </w:r>
          </w:p>
        </w:tc>
        <w:tc>
          <w:tcPr>
            <w:tcW w:w="5040" w:type="dxa"/>
          </w:tcPr>
          <w:p w14:paraId="37C79129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ENZYME VEHICLE WASH</w:t>
            </w:r>
          </w:p>
        </w:tc>
      </w:tr>
      <w:tr w:rsidR="00475F32" w14:paraId="7CC70786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1CF1080" w14:textId="77777777" w:rsidR="00475F32" w:rsidRDefault="00000000">
            <w:pPr>
              <w:spacing w:after="20"/>
            </w:pPr>
            <w:r>
              <w:rPr>
                <w:sz w:val="18"/>
              </w:rPr>
              <w:t>EVERSHINE PRESOAK STEP 1(UN)</w:t>
            </w:r>
          </w:p>
        </w:tc>
        <w:tc>
          <w:tcPr>
            <w:tcW w:w="5040" w:type="dxa"/>
          </w:tcPr>
          <w:p w14:paraId="4FB8BA1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EVERSHINE PUNCH STEP 2</w:t>
            </w:r>
          </w:p>
        </w:tc>
      </w:tr>
      <w:tr w:rsidR="00475F32" w14:paraId="7DD6ED98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A78885A" w14:textId="77777777" w:rsidR="00475F32" w:rsidRDefault="00000000">
            <w:pPr>
              <w:spacing w:after="20"/>
            </w:pPr>
            <w:r>
              <w:rPr>
                <w:sz w:val="18"/>
              </w:rPr>
              <w:t>EZ GO</w:t>
            </w:r>
          </w:p>
        </w:tc>
        <w:tc>
          <w:tcPr>
            <w:tcW w:w="5040" w:type="dxa"/>
          </w:tcPr>
          <w:p w14:paraId="7D13DB74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FIBRE RINSE</w:t>
            </w:r>
          </w:p>
        </w:tc>
      </w:tr>
      <w:tr w:rsidR="00475F32" w14:paraId="0CD651F2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965D52F" w14:textId="77777777" w:rsidR="00475F32" w:rsidRDefault="00000000">
            <w:pPr>
              <w:spacing w:after="20"/>
            </w:pPr>
            <w:r>
              <w:rPr>
                <w:sz w:val="18"/>
              </w:rPr>
              <w:t>FIRST IMPRESSIONS</w:t>
            </w:r>
          </w:p>
        </w:tc>
        <w:tc>
          <w:tcPr>
            <w:tcW w:w="5040" w:type="dxa"/>
          </w:tcPr>
          <w:p w14:paraId="12B03462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FLOW AWAY</w:t>
            </w:r>
          </w:p>
        </w:tc>
      </w:tr>
      <w:tr w:rsidR="00475F32" w14:paraId="6199AC64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5126930" w14:textId="77777777" w:rsidR="00475F32" w:rsidRDefault="00000000">
            <w:pPr>
              <w:spacing w:after="20"/>
            </w:pPr>
            <w:r>
              <w:rPr>
                <w:sz w:val="18"/>
              </w:rPr>
              <w:t>FOAM FREE</w:t>
            </w:r>
          </w:p>
        </w:tc>
        <w:tc>
          <w:tcPr>
            <w:tcW w:w="5040" w:type="dxa"/>
          </w:tcPr>
          <w:p w14:paraId="7E5A19B8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FOAMING HAND SOAP</w:t>
            </w:r>
          </w:p>
        </w:tc>
      </w:tr>
      <w:tr w:rsidR="00475F32" w14:paraId="08EB797D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F775E9B" w14:textId="77777777" w:rsidR="00475F32" w:rsidRDefault="00000000">
            <w:pPr>
              <w:spacing w:after="20"/>
            </w:pPr>
            <w:r>
              <w:rPr>
                <w:sz w:val="18"/>
              </w:rPr>
              <w:t>FOAMING LIME BASIL HAND SOAP</w:t>
            </w:r>
          </w:p>
        </w:tc>
        <w:tc>
          <w:tcPr>
            <w:tcW w:w="5040" w:type="dxa"/>
          </w:tcPr>
          <w:p w14:paraId="017537D4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FREEZER CLEAN</w:t>
            </w:r>
          </w:p>
        </w:tc>
      </w:tr>
      <w:tr w:rsidR="00475F32" w14:paraId="176D3979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CA0701A" w14:textId="77777777" w:rsidR="00475F32" w:rsidRDefault="00000000">
            <w:pPr>
              <w:spacing w:after="20"/>
            </w:pPr>
            <w:r>
              <w:rPr>
                <w:sz w:val="18"/>
              </w:rPr>
              <w:t>FRESH LAVENDER APC</w:t>
            </w:r>
          </w:p>
        </w:tc>
        <w:tc>
          <w:tcPr>
            <w:tcW w:w="5040" w:type="dxa"/>
          </w:tcPr>
          <w:p w14:paraId="41F9638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GCSC GLASS CLEANER</w:t>
            </w:r>
          </w:p>
        </w:tc>
      </w:tr>
      <w:tr w:rsidR="00475F32" w14:paraId="72B10725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442863C" w14:textId="77777777" w:rsidR="00475F32" w:rsidRDefault="00000000">
            <w:pPr>
              <w:spacing w:after="20"/>
            </w:pPr>
            <w:r>
              <w:rPr>
                <w:sz w:val="18"/>
              </w:rPr>
              <w:t>GRAF X</w:t>
            </w:r>
          </w:p>
        </w:tc>
        <w:tc>
          <w:tcPr>
            <w:tcW w:w="5040" w:type="dxa"/>
          </w:tcPr>
          <w:p w14:paraId="17249D3E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GREEN APPLE WASHROOM CLEANER</w:t>
            </w:r>
          </w:p>
        </w:tc>
      </w:tr>
      <w:tr w:rsidR="00475F32" w14:paraId="2CB2FF02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C6C1C6B" w14:textId="77777777" w:rsidR="00475F32" w:rsidRDefault="00000000">
            <w:pPr>
              <w:spacing w:after="20"/>
            </w:pPr>
            <w:r>
              <w:rPr>
                <w:sz w:val="18"/>
              </w:rPr>
              <w:t>GREEN PEARL</w:t>
            </w:r>
          </w:p>
        </w:tc>
        <w:tc>
          <w:tcPr>
            <w:tcW w:w="5040" w:type="dxa"/>
          </w:tcPr>
          <w:p w14:paraId="2A8ADFA8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GUARD FABRIC PROTECTOR</w:t>
            </w:r>
          </w:p>
        </w:tc>
      </w:tr>
      <w:tr w:rsidR="00475F32" w14:paraId="4DF6378E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9EDB46F" w14:textId="77777777" w:rsidR="00475F32" w:rsidRDefault="00000000">
            <w:pPr>
              <w:spacing w:after="20"/>
            </w:pPr>
            <w:r>
              <w:rPr>
                <w:sz w:val="18"/>
              </w:rPr>
              <w:t>HAIR CONDITIONER</w:t>
            </w:r>
          </w:p>
        </w:tc>
        <w:tc>
          <w:tcPr>
            <w:tcW w:w="5040" w:type="dxa"/>
          </w:tcPr>
          <w:p w14:paraId="5F2FF5D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HARD WATER DETERGENT(UN)</w:t>
            </w:r>
          </w:p>
        </w:tc>
      </w:tr>
      <w:tr w:rsidR="00475F32" w14:paraId="1F6E58B4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9BE1A40" w14:textId="77777777" w:rsidR="00475F32" w:rsidRDefault="00000000">
            <w:pPr>
              <w:spacing w:after="20"/>
            </w:pPr>
            <w:r>
              <w:rPr>
                <w:sz w:val="18"/>
              </w:rPr>
              <w:t>HIGH TEMP RINSE</w:t>
            </w:r>
          </w:p>
        </w:tc>
        <w:tc>
          <w:tcPr>
            <w:tcW w:w="5040" w:type="dxa"/>
          </w:tcPr>
          <w:p w14:paraId="0D01F706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HTF-20</w:t>
            </w:r>
          </w:p>
        </w:tc>
      </w:tr>
      <w:tr w:rsidR="00475F32" w14:paraId="7E090DD4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74DBBB8" w14:textId="77777777" w:rsidR="00475F32" w:rsidRDefault="00000000">
            <w:pPr>
              <w:spacing w:after="20"/>
            </w:pPr>
            <w:r>
              <w:rPr>
                <w:sz w:val="18"/>
              </w:rPr>
              <w:t>IPA 70%</w:t>
            </w:r>
          </w:p>
        </w:tc>
        <w:tc>
          <w:tcPr>
            <w:tcW w:w="5040" w:type="dxa"/>
          </w:tcPr>
          <w:p w14:paraId="2C2762E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IPA 99%(UN)</w:t>
            </w:r>
          </w:p>
        </w:tc>
      </w:tr>
      <w:tr w:rsidR="00475F32" w14:paraId="340D34DD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C6471C8" w14:textId="77777777" w:rsidR="00475F32" w:rsidRDefault="00000000">
            <w:pPr>
              <w:spacing w:after="20"/>
            </w:pPr>
            <w:r>
              <w:rPr>
                <w:sz w:val="18"/>
              </w:rPr>
              <w:t>LAUNDRY SOUR</w:t>
            </w:r>
          </w:p>
        </w:tc>
        <w:tc>
          <w:tcPr>
            <w:tcW w:w="5040" w:type="dxa"/>
          </w:tcPr>
          <w:p w14:paraId="746DD18E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LAVENDER MIST</w:t>
            </w:r>
          </w:p>
        </w:tc>
      </w:tr>
      <w:tr w:rsidR="00475F32" w14:paraId="297763E6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9B1DAEC" w14:textId="77777777" w:rsidR="00475F32" w:rsidRDefault="00000000">
            <w:pPr>
              <w:spacing w:after="20"/>
            </w:pPr>
            <w:r>
              <w:rPr>
                <w:sz w:val="18"/>
              </w:rPr>
              <w:t>LEMON DEODORANT</w:t>
            </w:r>
          </w:p>
        </w:tc>
        <w:tc>
          <w:tcPr>
            <w:tcW w:w="5040" w:type="dxa"/>
          </w:tcPr>
          <w:p w14:paraId="37288B5E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LFP-20</w:t>
            </w:r>
          </w:p>
        </w:tc>
      </w:tr>
      <w:tr w:rsidR="00475F32" w14:paraId="62A0B088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44044B8" w14:textId="77777777" w:rsidR="00475F32" w:rsidRDefault="00000000">
            <w:pPr>
              <w:spacing w:after="20"/>
            </w:pPr>
            <w:r>
              <w:rPr>
                <w:sz w:val="18"/>
              </w:rPr>
              <w:t>LIQUID LAUNDRY</w:t>
            </w:r>
          </w:p>
        </w:tc>
        <w:tc>
          <w:tcPr>
            <w:tcW w:w="5040" w:type="dxa"/>
          </w:tcPr>
          <w:p w14:paraId="109942B4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LOW TEMP RINSE</w:t>
            </w:r>
          </w:p>
        </w:tc>
      </w:tr>
      <w:tr w:rsidR="00475F32" w14:paraId="601C5817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9A133A3" w14:textId="77777777" w:rsidR="00475F32" w:rsidRDefault="00000000">
            <w:pPr>
              <w:spacing w:after="20"/>
            </w:pPr>
            <w:r>
              <w:rPr>
                <w:sz w:val="18"/>
              </w:rPr>
              <w:t>MAGI-CAL CONCENTRATE</w:t>
            </w:r>
          </w:p>
        </w:tc>
        <w:tc>
          <w:tcPr>
            <w:tcW w:w="5040" w:type="dxa"/>
          </w:tcPr>
          <w:p w14:paraId="4846D313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MAGI-CAL RTU</w:t>
            </w:r>
          </w:p>
        </w:tc>
      </w:tr>
      <w:tr w:rsidR="00475F32" w14:paraId="73E287D9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A6C628B" w14:textId="77777777" w:rsidR="00475F32" w:rsidRDefault="00000000">
            <w:pPr>
              <w:spacing w:after="20"/>
            </w:pPr>
            <w:r>
              <w:rPr>
                <w:sz w:val="18"/>
              </w:rPr>
              <w:t>MARINE FURNITURE POLISH</w:t>
            </w:r>
          </w:p>
        </w:tc>
        <w:tc>
          <w:tcPr>
            <w:tcW w:w="5040" w:type="dxa"/>
          </w:tcPr>
          <w:p w14:paraId="6B0D2F75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MEDI-QUAT 4</w:t>
            </w:r>
          </w:p>
        </w:tc>
      </w:tr>
      <w:tr w:rsidR="00475F32" w14:paraId="67FF5C0D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48282D9" w14:textId="77777777" w:rsidR="00475F32" w:rsidRDefault="00000000">
            <w:pPr>
              <w:spacing w:after="20"/>
            </w:pPr>
            <w:r>
              <w:rPr>
                <w:sz w:val="18"/>
              </w:rPr>
              <w:t>MICROZYME WWT</w:t>
            </w:r>
          </w:p>
        </w:tc>
        <w:tc>
          <w:tcPr>
            <w:tcW w:w="5040" w:type="dxa"/>
          </w:tcPr>
          <w:p w14:paraId="2DE291C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MULTI SAN - DIN 02246426</w:t>
            </w:r>
          </w:p>
        </w:tc>
      </w:tr>
      <w:tr w:rsidR="00475F32" w14:paraId="6B72C12B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A7B59FB" w14:textId="77777777" w:rsidR="00475F32" w:rsidRDefault="00000000">
            <w:pPr>
              <w:spacing w:after="20"/>
            </w:pPr>
            <w:r>
              <w:rPr>
                <w:sz w:val="18"/>
              </w:rPr>
              <w:t>MULTI SHINE 18</w:t>
            </w:r>
          </w:p>
        </w:tc>
        <w:tc>
          <w:tcPr>
            <w:tcW w:w="5040" w:type="dxa"/>
          </w:tcPr>
          <w:p w14:paraId="7937C44D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MULTI SHINE 24</w:t>
            </w:r>
          </w:p>
        </w:tc>
      </w:tr>
      <w:tr w:rsidR="00475F32" w14:paraId="614AEC5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C6990EC" w14:textId="77777777" w:rsidR="00475F32" w:rsidRDefault="00000000">
            <w:pPr>
              <w:spacing w:after="20"/>
            </w:pPr>
            <w:r>
              <w:rPr>
                <w:sz w:val="18"/>
              </w:rPr>
              <w:t>MULTI SUDS</w:t>
            </w:r>
          </w:p>
        </w:tc>
        <w:tc>
          <w:tcPr>
            <w:tcW w:w="5040" w:type="dxa"/>
          </w:tcPr>
          <w:p w14:paraId="68E982C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MURIATIC ACID</w:t>
            </w:r>
          </w:p>
        </w:tc>
      </w:tr>
      <w:tr w:rsidR="00475F32" w14:paraId="18324B19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25A0D4B" w14:textId="77777777" w:rsidR="00475F32" w:rsidRDefault="00000000">
            <w:pPr>
              <w:spacing w:after="20"/>
            </w:pPr>
            <w:r>
              <w:rPr>
                <w:sz w:val="18"/>
              </w:rPr>
              <w:t>NOVA TEK(UN)</w:t>
            </w:r>
          </w:p>
        </w:tc>
        <w:tc>
          <w:tcPr>
            <w:tcW w:w="5040" w:type="dxa"/>
          </w:tcPr>
          <w:p w14:paraId="23BCAC7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ODORLESS SOLVENT(UN)</w:t>
            </w:r>
          </w:p>
        </w:tc>
      </w:tr>
      <w:tr w:rsidR="00475F32" w14:paraId="16836E63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C77B215" w14:textId="77777777" w:rsidR="00475F32" w:rsidRDefault="00000000">
            <w:pPr>
              <w:spacing w:after="20"/>
            </w:pPr>
            <w:r>
              <w:rPr>
                <w:sz w:val="18"/>
              </w:rPr>
              <w:t>OVEN CLEAN(UN)</w:t>
            </w:r>
          </w:p>
        </w:tc>
        <w:tc>
          <w:tcPr>
            <w:tcW w:w="5040" w:type="dxa"/>
          </w:tcPr>
          <w:p w14:paraId="76F7ABB6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OXSCAV</w:t>
            </w:r>
          </w:p>
        </w:tc>
      </w:tr>
      <w:tr w:rsidR="00475F32" w14:paraId="578E2EB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B2E9CD0" w14:textId="77777777" w:rsidR="00475F32" w:rsidRDefault="00000000">
            <w:pPr>
              <w:spacing w:after="20"/>
            </w:pPr>
            <w:r>
              <w:rPr>
                <w:sz w:val="18"/>
              </w:rPr>
              <w:t>OXYCON</w:t>
            </w:r>
          </w:p>
        </w:tc>
        <w:tc>
          <w:tcPr>
            <w:tcW w:w="5040" w:type="dxa"/>
          </w:tcPr>
          <w:p w14:paraId="5642B107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P.O.G.(UN)</w:t>
            </w:r>
          </w:p>
        </w:tc>
      </w:tr>
      <w:tr w:rsidR="00475F32" w14:paraId="49635FF1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4A3D04C" w14:textId="77777777" w:rsidR="00475F32" w:rsidRDefault="00000000">
            <w:pPr>
              <w:spacing w:after="20"/>
            </w:pPr>
            <w:r>
              <w:rPr>
                <w:sz w:val="18"/>
              </w:rPr>
              <w:t>PARAMOUNT</w:t>
            </w:r>
          </w:p>
        </w:tc>
        <w:tc>
          <w:tcPr>
            <w:tcW w:w="5040" w:type="dxa"/>
          </w:tcPr>
          <w:p w14:paraId="1B7A999A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PEARL WHITE</w:t>
            </w:r>
          </w:p>
        </w:tc>
      </w:tr>
      <w:tr w:rsidR="00475F32" w14:paraId="3D59233D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46486D5" w14:textId="77777777" w:rsidR="00475F32" w:rsidRDefault="00000000">
            <w:pPr>
              <w:spacing w:after="20"/>
            </w:pPr>
            <w:r>
              <w:rPr>
                <w:sz w:val="18"/>
              </w:rPr>
              <w:t>PERFECT TOUCH RTU</w:t>
            </w:r>
          </w:p>
        </w:tc>
        <w:tc>
          <w:tcPr>
            <w:tcW w:w="5040" w:type="dxa"/>
          </w:tcPr>
          <w:p w14:paraId="1F954A89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PEROX 20</w:t>
            </w:r>
          </w:p>
        </w:tc>
      </w:tr>
      <w:tr w:rsidR="00475F32" w14:paraId="3E8A160D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FA9C137" w14:textId="77777777" w:rsidR="00475F32" w:rsidRDefault="00000000">
            <w:pPr>
              <w:spacing w:after="20"/>
            </w:pPr>
            <w:r>
              <w:rPr>
                <w:sz w:val="18"/>
              </w:rPr>
              <w:t>PH POWER</w:t>
            </w:r>
          </w:p>
        </w:tc>
        <w:tc>
          <w:tcPr>
            <w:tcW w:w="5040" w:type="dxa"/>
          </w:tcPr>
          <w:p w14:paraId="4E661D97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PLUS</w:t>
            </w:r>
          </w:p>
        </w:tc>
      </w:tr>
      <w:tr w:rsidR="00475F32" w14:paraId="6D811FC1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27CD5A6" w14:textId="77777777" w:rsidR="00475F32" w:rsidRDefault="00000000">
            <w:pPr>
              <w:spacing w:after="20"/>
            </w:pPr>
            <w:r>
              <w:rPr>
                <w:sz w:val="18"/>
              </w:rPr>
              <w:t>POWER PLUS(UN)</w:t>
            </w:r>
          </w:p>
        </w:tc>
        <w:tc>
          <w:tcPr>
            <w:tcW w:w="5040" w:type="dxa"/>
          </w:tcPr>
          <w:p w14:paraId="1A1D34D9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POWER SOAK</w:t>
            </w:r>
          </w:p>
        </w:tc>
      </w:tr>
      <w:tr w:rsidR="00475F32" w14:paraId="78A3EA78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DAC0E6D" w14:textId="77777777" w:rsidR="00475F32" w:rsidRDefault="00000000">
            <w:pPr>
              <w:spacing w:after="20"/>
            </w:pPr>
            <w:r>
              <w:rPr>
                <w:sz w:val="18"/>
              </w:rPr>
              <w:t>PRESERV IT</w:t>
            </w:r>
          </w:p>
        </w:tc>
        <w:tc>
          <w:tcPr>
            <w:tcW w:w="5040" w:type="dxa"/>
          </w:tcPr>
          <w:p w14:paraId="1CB220E0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PROTEC 5 FABRIC PROTECTOR</w:t>
            </w:r>
          </w:p>
        </w:tc>
      </w:tr>
      <w:tr w:rsidR="00475F32" w14:paraId="0B3762F1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366E72B" w14:textId="77777777" w:rsidR="00475F32" w:rsidRDefault="00000000">
            <w:pPr>
              <w:spacing w:after="20"/>
            </w:pPr>
            <w:r>
              <w:rPr>
                <w:sz w:val="18"/>
              </w:rPr>
              <w:t>REFRESH</w:t>
            </w:r>
          </w:p>
        </w:tc>
        <w:tc>
          <w:tcPr>
            <w:tcW w:w="5040" w:type="dxa"/>
          </w:tcPr>
          <w:p w14:paraId="5DBF33E9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RENEW(UN)</w:t>
            </w:r>
          </w:p>
        </w:tc>
      </w:tr>
      <w:tr w:rsidR="00475F32" w14:paraId="50BCA47D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6DB5D3D" w14:textId="77777777" w:rsidR="00475F32" w:rsidRDefault="00000000">
            <w:pPr>
              <w:spacing w:after="20"/>
            </w:pPr>
            <w:r>
              <w:rPr>
                <w:sz w:val="18"/>
              </w:rPr>
              <w:t>REODOR</w:t>
            </w:r>
          </w:p>
        </w:tc>
        <w:tc>
          <w:tcPr>
            <w:tcW w:w="5040" w:type="dxa"/>
          </w:tcPr>
          <w:p w14:paraId="0894D504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REVITALIZE</w:t>
            </w:r>
          </w:p>
        </w:tc>
      </w:tr>
      <w:tr w:rsidR="00475F32" w14:paraId="355917C7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FFF256D" w14:textId="77777777" w:rsidR="00475F32" w:rsidRDefault="00000000">
            <w:pPr>
              <w:spacing w:after="20"/>
            </w:pPr>
            <w:r>
              <w:rPr>
                <w:sz w:val="18"/>
              </w:rPr>
              <w:t>RINSE</w:t>
            </w:r>
          </w:p>
        </w:tc>
        <w:tc>
          <w:tcPr>
            <w:tcW w:w="5040" w:type="dxa"/>
          </w:tcPr>
          <w:p w14:paraId="2A4BB485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RUG CLEAN</w:t>
            </w:r>
          </w:p>
        </w:tc>
      </w:tr>
      <w:tr w:rsidR="00475F32" w14:paraId="4F4D213A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5F1EF61" w14:textId="77777777" w:rsidR="00475F32" w:rsidRDefault="00000000">
            <w:pPr>
              <w:spacing w:after="20"/>
            </w:pPr>
            <w:r>
              <w:rPr>
                <w:sz w:val="18"/>
              </w:rPr>
              <w:t>RX 1500</w:t>
            </w:r>
          </w:p>
        </w:tc>
        <w:tc>
          <w:tcPr>
            <w:tcW w:w="5040" w:type="dxa"/>
          </w:tcPr>
          <w:p w14:paraId="1D793E06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SANITIZE RTU</w:t>
            </w:r>
          </w:p>
        </w:tc>
      </w:tr>
      <w:tr w:rsidR="00475F32" w14:paraId="6024AE23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D009EFC" w14:textId="77777777" w:rsidR="00475F32" w:rsidRDefault="00000000">
            <w:pPr>
              <w:spacing w:after="20"/>
            </w:pPr>
            <w:r>
              <w:rPr>
                <w:sz w:val="18"/>
              </w:rPr>
              <w:t>SANITIZER DESTAINER (BLEACH 12%)</w:t>
            </w:r>
          </w:p>
        </w:tc>
        <w:tc>
          <w:tcPr>
            <w:tcW w:w="5040" w:type="dxa"/>
          </w:tcPr>
          <w:p w14:paraId="7BE01F7B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SANITROL MB - DIN 02073021</w:t>
            </w:r>
          </w:p>
        </w:tc>
      </w:tr>
      <w:tr w:rsidR="00475F32" w14:paraId="6D55CCC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A3969AD" w14:textId="77777777" w:rsidR="00475F32" w:rsidRDefault="00000000">
            <w:pPr>
              <w:spacing w:after="20"/>
            </w:pPr>
            <w:r>
              <w:rPr>
                <w:sz w:val="18"/>
              </w:rPr>
              <w:t>SATIN SEAL</w:t>
            </w:r>
          </w:p>
        </w:tc>
        <w:tc>
          <w:tcPr>
            <w:tcW w:w="5040" w:type="dxa"/>
          </w:tcPr>
          <w:p w14:paraId="07980072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SATIN SOFT</w:t>
            </w:r>
          </w:p>
        </w:tc>
      </w:tr>
      <w:tr w:rsidR="00475F32" w14:paraId="6D3E5256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F9E1DC7" w14:textId="77777777" w:rsidR="00475F32" w:rsidRDefault="00000000">
            <w:pPr>
              <w:spacing w:after="20"/>
            </w:pPr>
            <w:r>
              <w:rPr>
                <w:sz w:val="18"/>
              </w:rPr>
              <w:t>SATIN SOFT THIN PINK</w:t>
            </w:r>
          </w:p>
        </w:tc>
        <w:tc>
          <w:tcPr>
            <w:tcW w:w="5040" w:type="dxa"/>
          </w:tcPr>
          <w:p w14:paraId="3FE91E5B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SCALEX(UN)</w:t>
            </w:r>
          </w:p>
        </w:tc>
      </w:tr>
      <w:tr w:rsidR="00475F32" w14:paraId="285C7D27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AE99FD0" w14:textId="77777777" w:rsidR="00475F32" w:rsidRDefault="00000000">
            <w:pPr>
              <w:spacing w:after="20"/>
            </w:pPr>
            <w:r>
              <w:rPr>
                <w:sz w:val="18"/>
              </w:rPr>
              <w:t>SEABREEZE</w:t>
            </w:r>
          </w:p>
        </w:tc>
        <w:tc>
          <w:tcPr>
            <w:tcW w:w="5040" w:type="dxa"/>
          </w:tcPr>
          <w:p w14:paraId="3FA497B3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SILK PLUS</w:t>
            </w:r>
          </w:p>
        </w:tc>
      </w:tr>
      <w:tr w:rsidR="00475F32" w14:paraId="767A8616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F3A13CF" w14:textId="77777777" w:rsidR="00475F32" w:rsidRDefault="00000000">
            <w:pPr>
              <w:spacing w:after="20"/>
            </w:pPr>
            <w:r>
              <w:rPr>
                <w:sz w:val="18"/>
              </w:rPr>
              <w:t>SILK SHAMPOO</w:t>
            </w:r>
          </w:p>
        </w:tc>
        <w:tc>
          <w:tcPr>
            <w:tcW w:w="5040" w:type="dxa"/>
          </w:tcPr>
          <w:p w14:paraId="7216F9D0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SLOW DRI ELECTROCLEAN(UN)</w:t>
            </w:r>
          </w:p>
        </w:tc>
      </w:tr>
      <w:tr w:rsidR="00475F32" w14:paraId="7DE14100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576FEFD" w14:textId="77777777" w:rsidR="00475F32" w:rsidRDefault="00000000">
            <w:pPr>
              <w:spacing w:after="20"/>
            </w:pPr>
            <w:r>
              <w:rPr>
                <w:sz w:val="18"/>
              </w:rPr>
              <w:lastRenderedPageBreak/>
              <w:t>SMOOTH SKIN BODY LOTION</w:t>
            </w:r>
          </w:p>
        </w:tc>
        <w:tc>
          <w:tcPr>
            <w:tcW w:w="5040" w:type="dxa"/>
          </w:tcPr>
          <w:p w14:paraId="512119A2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SMR</w:t>
            </w:r>
          </w:p>
        </w:tc>
      </w:tr>
      <w:tr w:rsidR="00475F32" w14:paraId="3C6EBE8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587A572" w14:textId="77777777" w:rsidR="00475F32" w:rsidRDefault="00000000">
            <w:pPr>
              <w:spacing w:after="20"/>
            </w:pPr>
            <w:r>
              <w:rPr>
                <w:sz w:val="18"/>
              </w:rPr>
              <w:t>SODA ASH LIGHT</w:t>
            </w:r>
          </w:p>
        </w:tc>
        <w:tc>
          <w:tcPr>
            <w:tcW w:w="5040" w:type="dxa"/>
          </w:tcPr>
          <w:p w14:paraId="7FE2D768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SOFT (FABRIC SOFTENER)</w:t>
            </w:r>
          </w:p>
        </w:tc>
      </w:tr>
      <w:tr w:rsidR="00475F32" w14:paraId="03444560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F90CDCF" w14:textId="77777777" w:rsidR="00475F32" w:rsidRDefault="00000000">
            <w:pPr>
              <w:spacing w:after="20"/>
            </w:pPr>
            <w:r>
              <w:rPr>
                <w:sz w:val="18"/>
              </w:rPr>
              <w:t>SOFT SOAP PEARL</w:t>
            </w:r>
          </w:p>
        </w:tc>
        <w:tc>
          <w:tcPr>
            <w:tcW w:w="5040" w:type="dxa"/>
          </w:tcPr>
          <w:p w14:paraId="71346CF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SOLVENT BASED CONCRETE SEALER</w:t>
            </w:r>
          </w:p>
        </w:tc>
      </w:tr>
      <w:tr w:rsidR="00475F32" w14:paraId="3FE60E30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D263609" w14:textId="77777777" w:rsidR="00475F32" w:rsidRDefault="00000000">
            <w:pPr>
              <w:spacing w:after="20"/>
            </w:pPr>
            <w:r>
              <w:rPr>
                <w:sz w:val="18"/>
              </w:rPr>
              <w:t>SOUR N SOFT</w:t>
            </w:r>
          </w:p>
        </w:tc>
        <w:tc>
          <w:tcPr>
            <w:tcW w:w="5040" w:type="dxa"/>
          </w:tcPr>
          <w:p w14:paraId="6DF3E005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STAIN OUT</w:t>
            </w:r>
          </w:p>
        </w:tc>
      </w:tr>
      <w:tr w:rsidR="00475F32" w14:paraId="5C229D54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7BB1057" w14:textId="77777777" w:rsidR="00475F32" w:rsidRDefault="00000000">
            <w:pPr>
              <w:spacing w:after="20"/>
            </w:pPr>
            <w:r>
              <w:rPr>
                <w:sz w:val="18"/>
              </w:rPr>
              <w:t>STAINLESS(UN)</w:t>
            </w:r>
          </w:p>
        </w:tc>
        <w:tc>
          <w:tcPr>
            <w:tcW w:w="5040" w:type="dxa"/>
          </w:tcPr>
          <w:p w14:paraId="5E6ECFB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STEAM EXTRACT</w:t>
            </w:r>
          </w:p>
        </w:tc>
      </w:tr>
      <w:tr w:rsidR="00475F32" w14:paraId="5D04D6E1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6FA8C2A" w14:textId="77777777" w:rsidR="00475F32" w:rsidRDefault="00000000">
            <w:pPr>
              <w:spacing w:after="20"/>
            </w:pPr>
            <w:r>
              <w:rPr>
                <w:sz w:val="18"/>
              </w:rPr>
              <w:t>SUNBEAM</w:t>
            </w:r>
          </w:p>
        </w:tc>
        <w:tc>
          <w:tcPr>
            <w:tcW w:w="5040" w:type="dxa"/>
          </w:tcPr>
          <w:p w14:paraId="44DFE945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SUPER STRIPPER(UN)</w:t>
            </w:r>
          </w:p>
        </w:tc>
      </w:tr>
      <w:tr w:rsidR="00475F32" w14:paraId="477ABBC4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DB45546" w14:textId="77777777" w:rsidR="00475F32" w:rsidRDefault="00000000">
            <w:pPr>
              <w:spacing w:after="20"/>
            </w:pPr>
            <w:r>
              <w:rPr>
                <w:sz w:val="18"/>
              </w:rPr>
              <w:t>SUPER SUDS</w:t>
            </w:r>
          </w:p>
        </w:tc>
        <w:tc>
          <w:tcPr>
            <w:tcW w:w="5040" w:type="dxa"/>
          </w:tcPr>
          <w:p w14:paraId="2A38289C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SUPER SUDS GREEN</w:t>
            </w:r>
          </w:p>
        </w:tc>
      </w:tr>
      <w:tr w:rsidR="00475F32" w14:paraId="70AE2DE8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A8238E7" w14:textId="77777777" w:rsidR="00475F32" w:rsidRDefault="00000000">
            <w:pPr>
              <w:spacing w:after="20"/>
            </w:pPr>
            <w:r>
              <w:rPr>
                <w:sz w:val="18"/>
              </w:rPr>
              <w:t>SURFACE SHINE</w:t>
            </w:r>
          </w:p>
        </w:tc>
        <w:tc>
          <w:tcPr>
            <w:tcW w:w="5040" w:type="dxa"/>
          </w:tcPr>
          <w:p w14:paraId="00CDC293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SURFACE SHINE CONCENTRATE</w:t>
            </w:r>
          </w:p>
        </w:tc>
      </w:tr>
      <w:tr w:rsidR="00475F32" w14:paraId="135B7518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5241970" w14:textId="77777777" w:rsidR="00475F32" w:rsidRDefault="00000000">
            <w:pPr>
              <w:spacing w:after="20"/>
            </w:pPr>
            <w:r>
              <w:rPr>
                <w:sz w:val="18"/>
              </w:rPr>
              <w:t>SWIPE</w:t>
            </w:r>
          </w:p>
        </w:tc>
        <w:tc>
          <w:tcPr>
            <w:tcW w:w="5040" w:type="dxa"/>
          </w:tcPr>
          <w:p w14:paraId="34F0C251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TERRA SEAL</w:t>
            </w:r>
          </w:p>
        </w:tc>
      </w:tr>
      <w:tr w:rsidR="00475F32" w14:paraId="498A9A0C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6A7E120" w14:textId="77777777" w:rsidR="00475F32" w:rsidRDefault="00000000">
            <w:pPr>
              <w:spacing w:after="20"/>
            </w:pPr>
            <w:r>
              <w:rPr>
                <w:sz w:val="18"/>
              </w:rPr>
              <w:t>TILE BRITE(UN)</w:t>
            </w:r>
          </w:p>
        </w:tc>
        <w:tc>
          <w:tcPr>
            <w:tcW w:w="5040" w:type="dxa"/>
          </w:tcPr>
          <w:p w14:paraId="6174666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TOP SEAL</w:t>
            </w:r>
          </w:p>
        </w:tc>
      </w:tr>
      <w:tr w:rsidR="00475F32" w14:paraId="15A32969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544A383" w14:textId="77777777" w:rsidR="00475F32" w:rsidRDefault="00000000">
            <w:pPr>
              <w:spacing w:after="20"/>
            </w:pPr>
            <w:r>
              <w:rPr>
                <w:sz w:val="18"/>
              </w:rPr>
              <w:t>TRUCK WASH</w:t>
            </w:r>
          </w:p>
        </w:tc>
        <w:tc>
          <w:tcPr>
            <w:tcW w:w="5040" w:type="dxa"/>
          </w:tcPr>
          <w:p w14:paraId="1541BAAD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TURBO CLEAN</w:t>
            </w:r>
          </w:p>
        </w:tc>
      </w:tr>
      <w:tr w:rsidR="00475F32" w14:paraId="179DC718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F785B37" w14:textId="77777777" w:rsidR="00475F32" w:rsidRDefault="00000000">
            <w:pPr>
              <w:spacing w:after="20"/>
            </w:pPr>
            <w:r>
              <w:rPr>
                <w:sz w:val="18"/>
              </w:rPr>
              <w:t>TURBO STRIP</w:t>
            </w:r>
          </w:p>
        </w:tc>
        <w:tc>
          <w:tcPr>
            <w:tcW w:w="5040" w:type="dxa"/>
          </w:tcPr>
          <w:p w14:paraId="37501E0E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ULTRA LAUNDRY</w:t>
            </w:r>
          </w:p>
        </w:tc>
      </w:tr>
      <w:tr w:rsidR="00475F32" w14:paraId="74200FF8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AEBAC8D" w14:textId="77777777" w:rsidR="00475F32" w:rsidRDefault="00000000">
            <w:pPr>
              <w:spacing w:after="20"/>
            </w:pPr>
            <w:r>
              <w:rPr>
                <w:sz w:val="18"/>
              </w:rPr>
              <w:t>VINEGAR 10%</w:t>
            </w:r>
          </w:p>
        </w:tc>
        <w:tc>
          <w:tcPr>
            <w:tcW w:w="5040" w:type="dxa"/>
          </w:tcPr>
          <w:p w14:paraId="5E4765FA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VINEGAR 20%(UN)</w:t>
            </w:r>
          </w:p>
        </w:tc>
      </w:tr>
      <w:tr w:rsidR="00475F32" w14:paraId="5C570280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D11895E" w14:textId="77777777" w:rsidR="00475F32" w:rsidRDefault="00000000">
            <w:pPr>
              <w:spacing w:after="20"/>
            </w:pPr>
            <w:r>
              <w:rPr>
                <w:sz w:val="18"/>
              </w:rPr>
              <w:t>VINEGAR 30%(UN)</w:t>
            </w:r>
          </w:p>
        </w:tc>
        <w:tc>
          <w:tcPr>
            <w:tcW w:w="5040" w:type="dxa"/>
          </w:tcPr>
          <w:p w14:paraId="74CFA0C1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VINEGAR PURE WHITE</w:t>
            </w:r>
          </w:p>
        </w:tc>
      </w:tr>
      <w:tr w:rsidR="00475F32" w14:paraId="6835B69E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107C20B" w14:textId="77777777" w:rsidR="00475F32" w:rsidRDefault="00000000">
            <w:pPr>
              <w:spacing w:after="20"/>
            </w:pPr>
            <w:r>
              <w:rPr>
                <w:sz w:val="18"/>
              </w:rPr>
              <w:t>VINYL SHINE</w:t>
            </w:r>
          </w:p>
        </w:tc>
        <w:tc>
          <w:tcPr>
            <w:tcW w:w="5040" w:type="dxa"/>
          </w:tcPr>
          <w:p w14:paraId="71ABD5CB" w14:textId="77777777" w:rsidR="00475F32" w:rsidRDefault="00000000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WHITE PEARL</w:t>
            </w:r>
          </w:p>
        </w:tc>
      </w:tr>
      <w:tr w:rsidR="00475F32" w14:paraId="4F1221D0" w14:textId="77777777" w:rsidTr="00475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FABBE90" w14:textId="77777777" w:rsidR="00475F32" w:rsidRDefault="00000000">
            <w:pPr>
              <w:spacing w:after="20"/>
            </w:pPr>
            <w:r>
              <w:rPr>
                <w:sz w:val="18"/>
              </w:rPr>
              <w:t>WINDSHIELD WASH</w:t>
            </w:r>
          </w:p>
        </w:tc>
        <w:tc>
          <w:tcPr>
            <w:tcW w:w="5040" w:type="dxa"/>
          </w:tcPr>
          <w:p w14:paraId="2ABA7B1F" w14:textId="77777777" w:rsidR="00475F32" w:rsidRDefault="00000000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WIRE WHEEL CLEANER</w:t>
            </w:r>
          </w:p>
        </w:tc>
      </w:tr>
      <w:tr w:rsidR="00475F32" w14:paraId="301710DB" w14:textId="77777777" w:rsidTr="00475F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5A80255" w14:textId="77777777" w:rsidR="00475F32" w:rsidRDefault="00000000">
            <w:pPr>
              <w:spacing w:after="20"/>
            </w:pPr>
            <w:r>
              <w:rPr>
                <w:sz w:val="18"/>
              </w:rPr>
              <w:t>ZYME 3X</w:t>
            </w:r>
          </w:p>
        </w:tc>
        <w:tc>
          <w:tcPr>
            <w:tcW w:w="5040" w:type="dxa"/>
          </w:tcPr>
          <w:p w14:paraId="196E1B39" w14:textId="77777777" w:rsidR="00475F32" w:rsidRDefault="00475F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FEE6F68" w14:textId="77777777" w:rsidR="00DF58E0" w:rsidRDefault="00DF58E0"/>
    <w:sectPr w:rsidR="00DF58E0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4B17" w14:textId="77777777" w:rsidR="00DF58E0" w:rsidRDefault="00DF58E0">
      <w:pPr>
        <w:spacing w:after="0" w:line="240" w:lineRule="auto"/>
      </w:pPr>
      <w:r>
        <w:separator/>
      </w:r>
    </w:p>
  </w:endnote>
  <w:endnote w:type="continuationSeparator" w:id="0">
    <w:p w14:paraId="14B3EAB7" w14:textId="77777777" w:rsidR="00DF58E0" w:rsidRDefault="00DF5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0019" w14:textId="77777777" w:rsidR="00475F32" w:rsidRDefault="00000000">
    <w:pPr>
      <w:pStyle w:val="Footer"/>
      <w:jc w:val="center"/>
    </w:pPr>
    <w:r>
      <w:rPr>
        <w:color w:val="64737D"/>
        <w:sz w:val="16"/>
      </w:rPr>
      <w:t>R J Chemicals  |  The Right Stuff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3260E" w14:textId="77777777" w:rsidR="00DF58E0" w:rsidRDefault="00DF58E0">
      <w:pPr>
        <w:spacing w:after="0" w:line="240" w:lineRule="auto"/>
      </w:pPr>
      <w:r>
        <w:separator/>
      </w:r>
    </w:p>
  </w:footnote>
  <w:footnote w:type="continuationSeparator" w:id="0">
    <w:p w14:paraId="04CC69BF" w14:textId="77777777" w:rsidR="00DF58E0" w:rsidRDefault="00DF5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7738016">
    <w:abstractNumId w:val="8"/>
  </w:num>
  <w:num w:numId="2" w16cid:durableId="1308314582">
    <w:abstractNumId w:val="6"/>
  </w:num>
  <w:num w:numId="3" w16cid:durableId="534512481">
    <w:abstractNumId w:val="5"/>
  </w:num>
  <w:num w:numId="4" w16cid:durableId="998921669">
    <w:abstractNumId w:val="4"/>
  </w:num>
  <w:num w:numId="5" w16cid:durableId="298458316">
    <w:abstractNumId w:val="7"/>
  </w:num>
  <w:num w:numId="6" w16cid:durableId="229538626">
    <w:abstractNumId w:val="3"/>
  </w:num>
  <w:num w:numId="7" w16cid:durableId="1055274691">
    <w:abstractNumId w:val="2"/>
  </w:num>
  <w:num w:numId="8" w16cid:durableId="601844593">
    <w:abstractNumId w:val="1"/>
  </w:num>
  <w:num w:numId="9" w16cid:durableId="90494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5F32"/>
    <w:rsid w:val="00A47ED5"/>
    <w:rsid w:val="00AA1D8D"/>
    <w:rsid w:val="00B47730"/>
    <w:rsid w:val="00CB0664"/>
    <w:rsid w:val="00DD51C0"/>
    <w:rsid w:val="00DF58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B0118"/>
  <w14:defaultImageDpi w14:val="300"/>
  <w15:docId w15:val="{B5C7EC32-C882-4F33-879F-B9ABB334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455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455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455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Ray</cp:lastModifiedBy>
  <cp:revision>2</cp:revision>
  <dcterms:created xsi:type="dcterms:W3CDTF">2026-10-27T15:49:00Z</dcterms:created>
  <dcterms:modified xsi:type="dcterms:W3CDTF">2026-10-27T15:49:00Z</dcterms:modified>
  <cp:category/>
</cp:coreProperties>
</file>